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753F" w14:textId="62BDDA65" w:rsidR="00114E87" w:rsidRDefault="003A55C6">
      <w:pPr>
        <w:keepLines/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1593D091" wp14:editId="75D40B2E">
                <wp:simplePos x="0" y="0"/>
                <wp:positionH relativeFrom="page">
                  <wp:posOffset>2209800</wp:posOffset>
                </wp:positionH>
                <wp:positionV relativeFrom="page">
                  <wp:posOffset>4349750</wp:posOffset>
                </wp:positionV>
                <wp:extent cx="953135" cy="304800"/>
                <wp:effectExtent l="0" t="0" r="0" b="3175"/>
                <wp:wrapNone/>
                <wp:docPr id="717204106" name="field_1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3A032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氏名を入力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3D091" id="_x0000_t202" coordsize="21600,21600" o:spt="202" path="m,l,21600r21600,l21600,xe">
                <v:stroke joinstyle="miter"/>
                <v:path gradientshapeok="t" o:connecttype="rect"/>
              </v:shapetype>
              <v:shape id="field_1_1" o:spid="_x0000_s1026" type="#_x0000_t202" style="position:absolute;margin-left:174pt;margin-top:342.5pt;width:75.05pt;height:24pt;z-index:2516541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" o:allowincell="f" filled="f" stroked="f">
                <v:textbox inset="0,0,0,0">
                  <w:txbxContent>
                    <w:p w14:paraId="0983A032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氏名を入力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2B5020C" wp14:editId="6DDDA7DD">
                <wp:simplePos x="0" y="0"/>
                <wp:positionH relativeFrom="page">
                  <wp:posOffset>2209800</wp:posOffset>
                </wp:positionH>
                <wp:positionV relativeFrom="page">
                  <wp:posOffset>5045710</wp:posOffset>
                </wp:positionV>
                <wp:extent cx="953135" cy="304800"/>
                <wp:effectExtent l="0" t="0" r="0" b="2540"/>
                <wp:wrapNone/>
                <wp:docPr id="2024664456" name="field_1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ADB8F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所属を入力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5020C" id="field_1_2" o:spid="_x0000_s1027" type="#_x0000_t202" style="position:absolute;margin-left:174pt;margin-top:397.3pt;width:75.05pt;height:24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" o:allowincell="f" filled="f" stroked="f">
                <v:textbox inset="0,0,0,0">
                  <w:txbxContent>
                    <w:p w14:paraId="756ADB8F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所属を入力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51C691D" wp14:editId="244DA886">
                <wp:simplePos x="0" y="0"/>
                <wp:positionH relativeFrom="page">
                  <wp:posOffset>2209800</wp:posOffset>
                </wp:positionH>
                <wp:positionV relativeFrom="page">
                  <wp:posOffset>5727700</wp:posOffset>
                </wp:positionV>
                <wp:extent cx="953135" cy="304800"/>
                <wp:effectExtent l="0" t="3175" r="0" b="0"/>
                <wp:wrapNone/>
                <wp:docPr id="1457618012" name="field_1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56548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種目を入力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691D" id="field_1_3" o:spid="_x0000_s1028" type="#_x0000_t202" style="position:absolute;margin-left:174pt;margin-top:451pt;width:75.05pt;height:24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" o:allowincell="f" filled="f" stroked="f">
                <v:textbox inset="0,0,0,0">
                  <w:txbxContent>
                    <w:p w14:paraId="0AE56548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種目を入力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DF966CF" wp14:editId="19FCA5E7">
                <wp:simplePos x="0" y="0"/>
                <wp:positionH relativeFrom="page">
                  <wp:posOffset>2209800</wp:posOffset>
                </wp:positionH>
                <wp:positionV relativeFrom="page">
                  <wp:posOffset>6417310</wp:posOffset>
                </wp:positionV>
                <wp:extent cx="953135" cy="304800"/>
                <wp:effectExtent l="0" t="0" r="0" b="2540"/>
                <wp:wrapNone/>
                <wp:docPr id="1386470970" name="field_1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89276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記録を入力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966CF" id="field_1_4" o:spid="_x0000_s1029" type="#_x0000_t202" style="position:absolute;margin-left:174pt;margin-top:505.3pt;width:75.05pt;height:24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" o:allowincell="f" filled="f" stroked="f">
                <v:textbox inset="0,0,0,0">
                  <w:txbxContent>
                    <w:p w14:paraId="36589276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記録を入力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2CA0CA" w14:textId="77777777" w:rsidR="00114E87" w:rsidRDefault="00114E87">
      <w:pPr>
        <w:keepLines/>
        <w:spacing w:after="0" w:line="20" w:lineRule="exact"/>
        <w:sectPr w:rsidR="00114E87">
          <w:headerReference w:type="default" r:id="rId8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 w14:paraId="37215A59" w14:textId="6E9DB1B5" w:rsidR="00114E87" w:rsidRDefault="003A55C6">
      <w:pPr>
        <w:keepLines/>
        <w:spacing w:after="0" w:line="2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3E9F4E8" wp14:editId="4E24A368">
                <wp:simplePos x="0" y="0"/>
                <wp:positionH relativeFrom="page">
                  <wp:posOffset>2209800</wp:posOffset>
                </wp:positionH>
                <wp:positionV relativeFrom="page">
                  <wp:posOffset>4349750</wp:posOffset>
                </wp:positionV>
                <wp:extent cx="953135" cy="304800"/>
                <wp:effectExtent l="0" t="0" r="0" b="3175"/>
                <wp:wrapNone/>
                <wp:docPr id="149349534" name="field_2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9B0C3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氏名を入力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9F4E8" id="field_2_1" o:spid="_x0000_s1030" type="#_x0000_t202" style="position:absolute;margin-left:174pt;margin-top:342.5pt;width:75.05pt;height:24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" o:allowincell="f" filled="f" stroked="f">
                <v:textbox inset="0,0,0,0">
                  <w:txbxContent>
                    <w:p w14:paraId="78E9B0C3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氏名を入力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1653CB9" wp14:editId="25674600">
                <wp:simplePos x="0" y="0"/>
                <wp:positionH relativeFrom="page">
                  <wp:posOffset>2209800</wp:posOffset>
                </wp:positionH>
                <wp:positionV relativeFrom="page">
                  <wp:posOffset>5045710</wp:posOffset>
                </wp:positionV>
                <wp:extent cx="953135" cy="304800"/>
                <wp:effectExtent l="0" t="0" r="0" b="2540"/>
                <wp:wrapNone/>
                <wp:docPr id="328424165" name="field_2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2AFA1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所属を入力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53CB9" id="field_2_2" o:spid="_x0000_s1031" type="#_x0000_t202" style="position:absolute;margin-left:174pt;margin-top:397.3pt;width:75.05pt;height:24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" o:allowincell="f" filled="f" stroked="f">
                <v:textbox inset="0,0,0,0">
                  <w:txbxContent>
                    <w:p w14:paraId="02A2AFA1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所属を入力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3D77A40" wp14:editId="3D25C524">
                <wp:simplePos x="0" y="0"/>
                <wp:positionH relativeFrom="page">
                  <wp:posOffset>2209800</wp:posOffset>
                </wp:positionH>
                <wp:positionV relativeFrom="page">
                  <wp:posOffset>5727700</wp:posOffset>
                </wp:positionV>
                <wp:extent cx="953135" cy="304800"/>
                <wp:effectExtent l="0" t="3175" r="0" b="0"/>
                <wp:wrapNone/>
                <wp:docPr id="1314477984" name="field_2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B4D1B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種目を入力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77A40" id="field_2_3" o:spid="_x0000_s1032" type="#_x0000_t202" style="position:absolute;margin-left:174pt;margin-top:451pt;width:75.05pt;height:24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" o:allowincell="f" filled="f" stroked="f">
                <v:textbox inset="0,0,0,0">
                  <w:txbxContent>
                    <w:p w14:paraId="2BFB4D1B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種目を入力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C799215" wp14:editId="11F063DF">
                <wp:simplePos x="0" y="0"/>
                <wp:positionH relativeFrom="page">
                  <wp:posOffset>2209800</wp:posOffset>
                </wp:positionH>
                <wp:positionV relativeFrom="page">
                  <wp:posOffset>6417310</wp:posOffset>
                </wp:positionV>
                <wp:extent cx="953135" cy="304800"/>
                <wp:effectExtent l="0" t="0" r="0" b="2540"/>
                <wp:wrapNone/>
                <wp:docPr id="36257102" name="field_2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42F83" w14:textId="77777777" w:rsidR="00114E87" w:rsidRDefault="00000000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Noto Sans CJK JP" w:eastAsia="Noto Sans CJK JP" w:hAnsi="Noto Sans CJK JP"/>
                                <w:color w:val="666666"/>
                                <w:sz w:val="30"/>
                                <w:szCs w:val="30"/>
                              </w:rPr>
                              <w:t>記録を入力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99215" id="field_2_4" o:spid="_x0000_s1033" type="#_x0000_t202" style="position:absolute;margin-left:174pt;margin-top:505.3pt;width:75.05pt;height:24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" o:allowincell="f" filled="f" stroked="f">
                <v:textbox inset="0,0,0,0">
                  <w:txbxContent>
                    <w:p w14:paraId="73642F83" w14:textId="77777777" w:rsidR="00114E87" w:rsidRDefault="00000000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Noto Sans CJK JP" w:eastAsia="Noto Sans CJK JP" w:hAnsi="Noto Sans CJK JP"/>
                          <w:color w:val="666666"/>
                          <w:sz w:val="30"/>
                          <w:szCs w:val="30"/>
                        </w:rPr>
                        <w:t>記録を入力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14E87" w:rsidSect="00034616">
      <w:headerReference w:type="default" r:id="rId9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CC7B9" w14:textId="77777777" w:rsidR="00582B58" w:rsidRDefault="00582B58">
      <w:pPr>
        <w:spacing w:after="0" w:line="240" w:lineRule="auto"/>
      </w:pPr>
      <w:r>
        <w:separator/>
      </w:r>
    </w:p>
  </w:endnote>
  <w:endnote w:type="continuationSeparator" w:id="0">
    <w:p w14:paraId="57E83898" w14:textId="77777777" w:rsidR="00582B58" w:rsidRDefault="0058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 CJK JP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3B44" w14:textId="77777777" w:rsidR="00582B58" w:rsidRDefault="00582B58">
      <w:pPr>
        <w:spacing w:after="0" w:line="240" w:lineRule="auto"/>
      </w:pPr>
      <w:r>
        <w:separator/>
      </w:r>
    </w:p>
  </w:footnote>
  <w:footnote w:type="continuationSeparator" w:id="0">
    <w:p w14:paraId="516FA6B8" w14:textId="77777777" w:rsidR="00582B58" w:rsidRDefault="0058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C836" w14:textId="4EE8043D" w:rsidR="00114E87" w:rsidRDefault="003A55C6">
    <w:pPr>
      <w:pStyle w:val="a5"/>
      <w:spacing w:line="20" w:lineRule="exact"/>
    </w:pPr>
    <w:r>
      <w:rPr>
        <w:noProof/>
      </w:rPr>
      <w:drawing>
        <wp:anchor distT="0" distB="0" distL="0" distR="0" simplePos="0" relativeHeight="251657216" behindDoc="1" locked="0" layoutInCell="0" allowOverlap="1" wp14:anchorId="290FAA9F" wp14:editId="405318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2540" b="0"/>
          <wp:wrapNone/>
          <wp:docPr id="2" name="bg_challe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_challe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71C3" w14:textId="0441A4A2" w:rsidR="00114E87" w:rsidRDefault="003A55C6">
    <w:pPr>
      <w:pStyle w:val="a5"/>
      <w:spacing w:line="20" w:lineRule="exact"/>
    </w:pPr>
    <w:r>
      <w:rPr>
        <w:noProof/>
      </w:rPr>
      <w:drawing>
        <wp:anchor distT="0" distB="0" distL="0" distR="0" simplePos="0" relativeHeight="251658240" behindDoc="1" locked="0" layoutInCell="0" allowOverlap="1" wp14:anchorId="591158AC" wp14:editId="4AF3C10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2540" b="0"/>
          <wp:wrapNone/>
          <wp:docPr id="1" name="bg_fitn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_fitn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0174517">
    <w:abstractNumId w:val="8"/>
  </w:num>
  <w:num w:numId="2" w16cid:durableId="494272940">
    <w:abstractNumId w:val="6"/>
  </w:num>
  <w:num w:numId="3" w16cid:durableId="1142696265">
    <w:abstractNumId w:val="5"/>
  </w:num>
  <w:num w:numId="4" w16cid:durableId="1170219821">
    <w:abstractNumId w:val="4"/>
  </w:num>
  <w:num w:numId="5" w16cid:durableId="311104525">
    <w:abstractNumId w:val="7"/>
  </w:num>
  <w:num w:numId="6" w16cid:durableId="2043363424">
    <w:abstractNumId w:val="3"/>
  </w:num>
  <w:num w:numId="7" w16cid:durableId="159275308">
    <w:abstractNumId w:val="2"/>
  </w:num>
  <w:num w:numId="8" w16cid:durableId="493256226">
    <w:abstractNumId w:val="1"/>
  </w:num>
  <w:num w:numId="9" w16cid:durableId="126695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E87"/>
    <w:rsid w:val="0015074B"/>
    <w:rsid w:val="0029639D"/>
    <w:rsid w:val="002D30BC"/>
    <w:rsid w:val="00326F90"/>
    <w:rsid w:val="003A55C6"/>
    <w:rsid w:val="005111CB"/>
    <w:rsid w:val="00582B58"/>
    <w:rsid w:val="005B0DB0"/>
    <w:rsid w:val="007B3C03"/>
    <w:rsid w:val="00953BAC"/>
    <w:rsid w:val="00AA1D8D"/>
    <w:rsid w:val="00B47730"/>
    <w:rsid w:val="00CB0664"/>
    <w:rsid w:val="00DF4DCC"/>
    <w:rsid w:val="00F301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7D5C2"/>
  <w14:defaultImageDpi w14:val="300"/>
  <w15:docId w15:val="{8AB907D4-3617-4EA6-A169-1BF5D69F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2026全国オンライン記録会 記録証（修正版）</dc:title>
  <dc:subject>氏名・所属・種目・記録・発行日を後から入力できるWord版</dc:subject>
  <dc:creator>一般社団法人 日本パラ陸上競技連盟</dc:creator>
  <cp:keywords/>
  <dc:description>generated by python-docx</dc:description>
  <cp:lastModifiedBy>美恵子 奥松</cp:lastModifiedBy>
  <cp:revision>2</cp:revision>
  <dcterms:created xsi:type="dcterms:W3CDTF">2026-08-19T15:23:00Z</dcterms:created>
  <dcterms:modified xsi:type="dcterms:W3CDTF">2026-08-19T15:23:00Z</dcterms:modified>
  <cp:category/>
</cp:coreProperties>
</file>